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03ADBE1" w:rsidP="103ADBE1" w:rsidRDefault="103ADBE1" w14:paraId="2008A727" w14:textId="15283BE4">
      <w:pPr>
        <w:pStyle w:val="Kop1"/>
      </w:pPr>
    </w:p>
    <w:p w:rsidR="003E67F1" w:rsidRDefault="00331E46" w14:paraId="12845C47" w14:textId="77777777">
      <w:pPr>
        <w:pStyle w:val="Kop1"/>
      </w:pPr>
      <w:r>
        <w:t>Leeruitkomsten LOB per competentie</w:t>
      </w:r>
    </w:p>
    <w:p w:rsidR="003E67F1" w:rsidRDefault="00331E46" w14:paraId="7AD4DC5E" w14:textId="77777777">
      <w:pPr>
        <w:pStyle w:val="Kop2"/>
      </w:pPr>
      <w:r>
        <w:t>Kwaliteitenreflectie</w:t>
      </w:r>
    </w:p>
    <w:tbl>
      <w:tblPr>
        <w:tblW w:w="0" w:type="auto"/>
        <w:tblLook w:val="04A0" w:firstRow="1" w:lastRow="0" w:firstColumn="1" w:lastColumn="0" w:noHBand="0" w:noVBand="1"/>
      </w:tblPr>
      <w:tblGrid>
        <w:gridCol w:w="4320"/>
        <w:gridCol w:w="4320"/>
      </w:tblGrid>
      <w:tr w:rsidRPr="00A46003" w:rsidR="003E67F1" w14:paraId="73A1C7BE" w14:textId="77777777">
        <w:tc>
          <w:tcPr>
            <w:tcW w:w="4320" w:type="dxa"/>
          </w:tcPr>
          <w:p w:rsidRPr="00A46003" w:rsidR="003E67F1" w:rsidRDefault="00331E46" w14:paraId="5316F46A" w14:textId="77777777">
            <w:pPr>
              <w:rPr>
                <w:b/>
                <w:bCs/>
              </w:rPr>
            </w:pPr>
            <w:r w:rsidRPr="00A46003">
              <w:rPr>
                <w:b/>
                <w:bCs/>
              </w:rPr>
              <w:t>Voor docenten</w:t>
            </w:r>
          </w:p>
        </w:tc>
        <w:tc>
          <w:tcPr>
            <w:tcW w:w="4320" w:type="dxa"/>
          </w:tcPr>
          <w:p w:rsidRPr="00A46003" w:rsidR="003E67F1" w:rsidRDefault="00331E46" w14:paraId="32AB607F" w14:textId="3865AC3D">
            <w:pPr>
              <w:rPr>
                <w:b/>
                <w:bCs/>
              </w:rPr>
            </w:pPr>
            <w:r w:rsidRPr="00A46003">
              <w:rPr>
                <w:b/>
                <w:bCs/>
              </w:rPr>
              <w:t xml:space="preserve">Voor studenten </w:t>
            </w:r>
          </w:p>
        </w:tc>
      </w:tr>
      <w:tr w:rsidRPr="00A46003" w:rsidR="003E67F1" w14:paraId="0EE654F8" w14:textId="77777777">
        <w:tc>
          <w:tcPr>
            <w:tcW w:w="4320" w:type="dxa"/>
          </w:tcPr>
          <w:p w:rsidRPr="00A46003" w:rsidR="003E67F1" w:rsidRDefault="00331E46" w14:paraId="2078BB89" w14:textId="77777777">
            <w:pPr>
              <w:rPr>
                <w:lang w:val="nl-NL"/>
              </w:rPr>
            </w:pPr>
            <w:r w:rsidRPr="00A46003">
              <w:rPr>
                <w:lang w:val="nl-NL"/>
              </w:rPr>
              <w:t>Je laat zien dat je jouw sterke en minder sterke punten hebt benoemd en hierover hebt gereflecteerd met hulp van feedback van anderen, en dat je dit blijft doen om jezelf te ontwikkelen.</w:t>
            </w:r>
          </w:p>
        </w:tc>
        <w:tc>
          <w:tcPr>
            <w:tcW w:w="4320" w:type="dxa"/>
          </w:tcPr>
          <w:p w:rsidRPr="00A46003" w:rsidR="003E67F1" w:rsidRDefault="00331E46" w14:paraId="52BF45D1" w14:textId="77777777">
            <w:pPr>
              <w:rPr>
                <w:lang w:val="nl-NL"/>
              </w:rPr>
            </w:pPr>
            <w:r w:rsidRPr="00A46003">
              <w:rPr>
                <w:lang w:val="nl-NL"/>
              </w:rPr>
              <w:t>Je laat zien dat je weet waar je goed en minder goed in bent. Je hebt hierover gepraat met anderen en blijft hierover nadenken.</w:t>
            </w:r>
          </w:p>
        </w:tc>
      </w:tr>
      <w:tr w:rsidRPr="00A46003" w:rsidR="003E67F1" w14:paraId="6EFABCEB" w14:textId="77777777">
        <w:tc>
          <w:tcPr>
            <w:tcW w:w="4320" w:type="dxa"/>
          </w:tcPr>
          <w:p w:rsidRPr="00A46003" w:rsidR="003E67F1" w:rsidRDefault="00331E46" w14:paraId="3556731B" w14:textId="77777777">
            <w:pPr>
              <w:rPr>
                <w:lang w:val="nl-NL"/>
              </w:rPr>
            </w:pPr>
            <w:r w:rsidRPr="00A46003">
              <w:rPr>
                <w:lang w:val="nl-NL"/>
              </w:rPr>
              <w:t>Je toont aan dat je jouw kwaliteiten hebt gebruikt in studie of werk en dat je deze blijft inzetten en verder ontwikkelen.</w:t>
            </w:r>
          </w:p>
        </w:tc>
        <w:tc>
          <w:tcPr>
            <w:tcW w:w="4320" w:type="dxa"/>
          </w:tcPr>
          <w:p w:rsidRPr="00A46003" w:rsidR="003E67F1" w:rsidRDefault="00331E46" w14:paraId="508A9173" w14:textId="77777777">
            <w:pPr>
              <w:rPr>
                <w:lang w:val="nl-NL"/>
              </w:rPr>
            </w:pPr>
            <w:r w:rsidRPr="00A46003">
              <w:rPr>
                <w:lang w:val="nl-NL"/>
              </w:rPr>
              <w:t>Je laat zien dat je jouw sterke punten hebt gebruikt in je opleiding of werk, en dat je deze blijft gebruiken en verbeteren.</w:t>
            </w:r>
          </w:p>
        </w:tc>
      </w:tr>
      <w:tr w:rsidRPr="00A46003" w:rsidR="003E67F1" w14:paraId="3EB66905" w14:textId="77777777">
        <w:tc>
          <w:tcPr>
            <w:tcW w:w="4320" w:type="dxa"/>
          </w:tcPr>
          <w:p w:rsidRPr="00A46003" w:rsidR="003E67F1" w:rsidRDefault="00331E46" w14:paraId="242E82E7" w14:textId="77777777">
            <w:pPr>
              <w:rPr>
                <w:lang w:val="nl-NL"/>
              </w:rPr>
            </w:pPr>
            <w:r w:rsidRPr="00A46003">
              <w:rPr>
                <w:lang w:val="nl-NL"/>
              </w:rPr>
              <w:t>Je laat zien dat je jouw leer- en loopbaankeuzes hebt aangepast op basis van inzicht in je kwaliteiten, en dat je deze keuzes blijft bijstellen waar nodig.</w:t>
            </w:r>
          </w:p>
        </w:tc>
        <w:tc>
          <w:tcPr>
            <w:tcW w:w="4320" w:type="dxa"/>
          </w:tcPr>
          <w:p w:rsidRPr="00A46003" w:rsidR="003E67F1" w:rsidRDefault="00331E46" w14:paraId="27609164" w14:textId="77777777">
            <w:pPr>
              <w:rPr>
                <w:lang w:val="nl-NL"/>
              </w:rPr>
            </w:pPr>
            <w:r w:rsidRPr="00A46003">
              <w:rPr>
                <w:lang w:val="nl-NL"/>
              </w:rPr>
              <w:t>Je laat zien dat je jouw keuzes hebt aangepast omdat je beter weet wat je kunt, en dat je blijft kijken of je keuzes nog passen.</w:t>
            </w:r>
          </w:p>
        </w:tc>
      </w:tr>
    </w:tbl>
    <w:p w:rsidRPr="00A46003" w:rsidR="003E67F1" w:rsidRDefault="003E67F1" w14:paraId="76E7A76D" w14:textId="77777777">
      <w:pPr>
        <w:rPr>
          <w:lang w:val="nl-NL"/>
        </w:rPr>
      </w:pPr>
    </w:p>
    <w:p w:rsidR="003E67F1" w:rsidRDefault="00331E46" w14:paraId="300EECCC" w14:textId="77777777">
      <w:pPr>
        <w:pStyle w:val="Kop2"/>
      </w:pPr>
      <w:proofErr w:type="spellStart"/>
      <w:r>
        <w:t>Motievenreflectie</w:t>
      </w:r>
      <w:proofErr w:type="spellEnd"/>
    </w:p>
    <w:tbl>
      <w:tblPr>
        <w:tblW w:w="0" w:type="auto"/>
        <w:tblLook w:val="04A0" w:firstRow="1" w:lastRow="0" w:firstColumn="1" w:lastColumn="0" w:noHBand="0" w:noVBand="1"/>
      </w:tblPr>
      <w:tblGrid>
        <w:gridCol w:w="4320"/>
        <w:gridCol w:w="4320"/>
      </w:tblGrid>
      <w:tr w:rsidRPr="00A46003" w:rsidR="003E67F1" w14:paraId="5377C177" w14:textId="77777777">
        <w:tc>
          <w:tcPr>
            <w:tcW w:w="4320" w:type="dxa"/>
          </w:tcPr>
          <w:p w:rsidRPr="00A46003" w:rsidR="003E67F1" w:rsidRDefault="00331E46" w14:paraId="479F0CAD" w14:textId="77777777">
            <w:pPr>
              <w:rPr>
                <w:b/>
                <w:bCs/>
              </w:rPr>
            </w:pPr>
            <w:r w:rsidRPr="00A46003">
              <w:rPr>
                <w:b/>
                <w:bCs/>
              </w:rPr>
              <w:t>Voor docenten</w:t>
            </w:r>
          </w:p>
        </w:tc>
        <w:tc>
          <w:tcPr>
            <w:tcW w:w="4320" w:type="dxa"/>
          </w:tcPr>
          <w:p w:rsidRPr="00A46003" w:rsidR="003E67F1" w:rsidRDefault="00331E46" w14:paraId="3BB61606" w14:textId="6C6A46E8">
            <w:pPr>
              <w:rPr>
                <w:b/>
                <w:bCs/>
              </w:rPr>
            </w:pPr>
            <w:r w:rsidRPr="00A46003">
              <w:rPr>
                <w:b/>
                <w:bCs/>
              </w:rPr>
              <w:t xml:space="preserve">Voor studenten </w:t>
            </w:r>
          </w:p>
        </w:tc>
      </w:tr>
      <w:tr w:rsidR="003E67F1" w14:paraId="75CD4306" w14:textId="77777777">
        <w:tc>
          <w:tcPr>
            <w:tcW w:w="4320" w:type="dxa"/>
          </w:tcPr>
          <w:p w:rsidRPr="00A46003" w:rsidR="003E67F1" w:rsidRDefault="00331E46" w14:paraId="3445D18A" w14:textId="77777777">
            <w:pPr>
              <w:rPr>
                <w:lang w:val="nl-NL"/>
              </w:rPr>
            </w:pPr>
            <w:r w:rsidRPr="00A46003">
              <w:rPr>
                <w:lang w:val="nl-NL"/>
              </w:rPr>
              <w:t>Je laat zien dat je kunt uitleggen wat je leuk en belangrijk vindt aan je opleiding en waarom dit bij je past, en dat je hier steeds opnieuw bij stilstaat.</w:t>
            </w:r>
          </w:p>
        </w:tc>
        <w:tc>
          <w:tcPr>
            <w:tcW w:w="4320" w:type="dxa"/>
          </w:tcPr>
          <w:p w:rsidR="003E67F1" w:rsidRDefault="00331E46" w14:paraId="758476C4" w14:textId="77777777">
            <w:r w:rsidRPr="00A46003">
              <w:rPr>
                <w:lang w:val="nl-NL"/>
              </w:rPr>
              <w:t xml:space="preserve">Je laat zien dat je kunt vertellen wat je leuk en belangrijk vindt aan je opleiding en waarom dit bij je past. </w:t>
            </w:r>
            <w:r>
              <w:t xml:space="preserve">Je </w:t>
            </w:r>
            <w:proofErr w:type="spellStart"/>
            <w:r>
              <w:t>blijft</w:t>
            </w:r>
            <w:proofErr w:type="spellEnd"/>
            <w:r>
              <w:t xml:space="preserve"> </w:t>
            </w:r>
            <w:proofErr w:type="spellStart"/>
            <w:r>
              <w:t>hierover</w:t>
            </w:r>
            <w:proofErr w:type="spellEnd"/>
            <w:r>
              <w:t xml:space="preserve"> </w:t>
            </w:r>
            <w:proofErr w:type="spellStart"/>
            <w:r>
              <w:t>nadenken</w:t>
            </w:r>
            <w:proofErr w:type="spellEnd"/>
            <w:r>
              <w:t>.</w:t>
            </w:r>
          </w:p>
        </w:tc>
      </w:tr>
      <w:tr w:rsidR="003E67F1" w14:paraId="4BCBE17E" w14:textId="77777777">
        <w:tc>
          <w:tcPr>
            <w:tcW w:w="4320" w:type="dxa"/>
          </w:tcPr>
          <w:p w:rsidRPr="00A46003" w:rsidR="003E67F1" w:rsidRDefault="00331E46" w14:paraId="5E9126E7" w14:textId="77777777">
            <w:pPr>
              <w:rPr>
                <w:lang w:val="nl-NL"/>
              </w:rPr>
            </w:pPr>
            <w:r w:rsidRPr="00A46003">
              <w:rPr>
                <w:lang w:val="nl-NL"/>
              </w:rPr>
              <w:t>Je laat zien dat je jouw waarden kent en deze gebruikt om keuzes te maken in leren en werken, en dat je deze waarden blijft gebruiken.</w:t>
            </w:r>
          </w:p>
        </w:tc>
        <w:tc>
          <w:tcPr>
            <w:tcW w:w="4320" w:type="dxa"/>
          </w:tcPr>
          <w:p w:rsidR="003E67F1" w:rsidRDefault="00331E46" w14:paraId="018E5126" w14:textId="77777777">
            <w:r w:rsidRPr="00A46003">
              <w:rPr>
                <w:lang w:val="nl-NL"/>
              </w:rPr>
              <w:t xml:space="preserve">Je laat zien dat je weet wat voor jou belangrijk is in je werk en opleiding. </w:t>
            </w:r>
            <w:r>
              <w:t xml:space="preserve">Je </w:t>
            </w:r>
            <w:proofErr w:type="spellStart"/>
            <w:r>
              <w:t>blijft</w:t>
            </w:r>
            <w:proofErr w:type="spellEnd"/>
            <w:r>
              <w:t xml:space="preserve"> </w:t>
            </w:r>
            <w:proofErr w:type="spellStart"/>
            <w:r>
              <w:t>dit</w:t>
            </w:r>
            <w:proofErr w:type="spellEnd"/>
            <w:r>
              <w:t xml:space="preserve"> </w:t>
            </w:r>
            <w:proofErr w:type="spellStart"/>
            <w:r>
              <w:t>gebruiken</w:t>
            </w:r>
            <w:proofErr w:type="spellEnd"/>
            <w:r>
              <w:t xml:space="preserve"> bij keuzes.</w:t>
            </w:r>
          </w:p>
        </w:tc>
      </w:tr>
      <w:tr w:rsidR="003E67F1" w14:paraId="5E03FC61" w14:textId="77777777">
        <w:tc>
          <w:tcPr>
            <w:tcW w:w="4320" w:type="dxa"/>
          </w:tcPr>
          <w:p w:rsidRPr="00A46003" w:rsidR="003E67F1" w:rsidRDefault="00331E46" w14:paraId="67966B93" w14:textId="77777777">
            <w:pPr>
              <w:rPr>
                <w:lang w:val="nl-NL"/>
              </w:rPr>
            </w:pPr>
            <w:r w:rsidRPr="00A46003">
              <w:rPr>
                <w:lang w:val="nl-NL"/>
              </w:rPr>
              <w:t>Je laat zien dat je verband kunt leggen tussen ervaringen en je waarden, en dat je deze inzichten blijft gebruiken voor je toekomst.</w:t>
            </w:r>
          </w:p>
        </w:tc>
        <w:tc>
          <w:tcPr>
            <w:tcW w:w="4320" w:type="dxa"/>
          </w:tcPr>
          <w:p w:rsidR="003E67F1" w:rsidRDefault="00331E46" w14:paraId="10A9D2AD" w14:textId="77777777">
            <w:r w:rsidRPr="00A46003">
              <w:rPr>
                <w:lang w:val="nl-NL"/>
              </w:rPr>
              <w:t xml:space="preserve">Je laat zien dat je dingen die je hebt meegemaakt koppelt aan wat je belangrijk vindt. </w:t>
            </w:r>
            <w:r>
              <w:t xml:space="preserve">Je </w:t>
            </w:r>
            <w:proofErr w:type="spellStart"/>
            <w:r>
              <w:t>blijft</w:t>
            </w:r>
            <w:proofErr w:type="spellEnd"/>
            <w:r>
              <w:t xml:space="preserve"> </w:t>
            </w:r>
            <w:proofErr w:type="spellStart"/>
            <w:r>
              <w:t>dit</w:t>
            </w:r>
            <w:proofErr w:type="spellEnd"/>
            <w:r>
              <w:t xml:space="preserve"> </w:t>
            </w:r>
            <w:proofErr w:type="spellStart"/>
            <w:r>
              <w:t>gebruiken</w:t>
            </w:r>
            <w:proofErr w:type="spellEnd"/>
            <w:r>
              <w:t xml:space="preserve"> voor later.</w:t>
            </w:r>
          </w:p>
        </w:tc>
      </w:tr>
    </w:tbl>
    <w:p w:rsidR="003E67F1" w:rsidRDefault="003E67F1" w14:paraId="59F604A8" w14:textId="77777777"/>
    <w:p w:rsidR="003E67F1" w:rsidRDefault="00331E46" w14:paraId="4E1D7EB1" w14:textId="77777777">
      <w:pPr>
        <w:pStyle w:val="Kop2"/>
      </w:pPr>
      <w:r>
        <w:t>Werkexploratie</w:t>
      </w:r>
    </w:p>
    <w:tbl>
      <w:tblPr>
        <w:tblW w:w="0" w:type="auto"/>
        <w:tblLook w:val="04A0" w:firstRow="1" w:lastRow="0" w:firstColumn="1" w:lastColumn="0" w:noHBand="0" w:noVBand="1"/>
      </w:tblPr>
      <w:tblGrid>
        <w:gridCol w:w="4320"/>
        <w:gridCol w:w="4320"/>
      </w:tblGrid>
      <w:tr w:rsidRPr="00A46003" w:rsidR="003E67F1" w14:paraId="46BFD44C" w14:textId="77777777">
        <w:tc>
          <w:tcPr>
            <w:tcW w:w="4320" w:type="dxa"/>
          </w:tcPr>
          <w:p w:rsidRPr="00A46003" w:rsidR="003E67F1" w:rsidRDefault="00331E46" w14:paraId="5C922816" w14:textId="77777777">
            <w:pPr>
              <w:rPr>
                <w:b/>
                <w:bCs/>
              </w:rPr>
            </w:pPr>
            <w:r w:rsidRPr="00A46003">
              <w:rPr>
                <w:b/>
                <w:bCs/>
              </w:rPr>
              <w:t>Voor docenten</w:t>
            </w:r>
          </w:p>
        </w:tc>
        <w:tc>
          <w:tcPr>
            <w:tcW w:w="4320" w:type="dxa"/>
          </w:tcPr>
          <w:p w:rsidRPr="00A46003" w:rsidR="003E67F1" w:rsidRDefault="00331E46" w14:paraId="6E18C163" w14:textId="2DBE9F0A">
            <w:pPr>
              <w:rPr>
                <w:b/>
                <w:bCs/>
              </w:rPr>
            </w:pPr>
            <w:r w:rsidRPr="00A46003">
              <w:rPr>
                <w:b/>
                <w:bCs/>
              </w:rPr>
              <w:t xml:space="preserve">Voor studenten </w:t>
            </w:r>
          </w:p>
        </w:tc>
      </w:tr>
      <w:tr w:rsidRPr="00A46003" w:rsidR="003E67F1" w14:paraId="3DCCE9CB" w14:textId="77777777">
        <w:tc>
          <w:tcPr>
            <w:tcW w:w="4320" w:type="dxa"/>
          </w:tcPr>
          <w:p w:rsidRPr="00A46003" w:rsidR="003E67F1" w:rsidRDefault="00331E46" w14:paraId="48403FA6" w14:textId="77777777">
            <w:pPr>
              <w:rPr>
                <w:lang w:val="nl-NL"/>
              </w:rPr>
            </w:pPr>
            <w:r w:rsidRPr="00A46003">
              <w:rPr>
                <w:lang w:val="nl-NL"/>
              </w:rPr>
              <w:t>Je laat zien dat je werk of een werkplek hebt onderzocht en dat je deze informatie blijft gebruiken om te bepalen wat bij je past.</w:t>
            </w:r>
          </w:p>
        </w:tc>
        <w:tc>
          <w:tcPr>
            <w:tcW w:w="4320" w:type="dxa"/>
          </w:tcPr>
          <w:p w:rsidRPr="00A46003" w:rsidR="003E67F1" w:rsidRDefault="00331E46" w14:paraId="63D6AD8D" w14:textId="77777777">
            <w:pPr>
              <w:rPr>
                <w:lang w:val="nl-NL"/>
              </w:rPr>
            </w:pPr>
            <w:r w:rsidRPr="00A46003">
              <w:rPr>
                <w:lang w:val="nl-NL"/>
              </w:rPr>
              <w:t>Je laat zien dat je hebt uitgezocht hoe werk of een bedrijf werkt. Je blijft deze informatie gebruiken om te kiezen wat bij je past.</w:t>
            </w:r>
          </w:p>
        </w:tc>
      </w:tr>
      <w:tr w:rsidRPr="00A46003" w:rsidR="003E67F1" w14:paraId="567CBACA" w14:textId="77777777">
        <w:tc>
          <w:tcPr>
            <w:tcW w:w="4320" w:type="dxa"/>
          </w:tcPr>
          <w:p w:rsidRPr="00A46003" w:rsidR="003E67F1" w:rsidRDefault="00331E46" w14:paraId="7931D5FA" w14:textId="77777777">
            <w:pPr>
              <w:rPr>
                <w:lang w:val="nl-NL"/>
              </w:rPr>
            </w:pPr>
            <w:r w:rsidRPr="00A46003">
              <w:rPr>
                <w:lang w:val="nl-NL"/>
              </w:rPr>
              <w:lastRenderedPageBreak/>
              <w:t>Je toont aan dat je steeds beter weet wat het werk inhoudt waarvoor je leert, en dat je dit verbindt aan je kwaliteiten en interesses.</w:t>
            </w:r>
          </w:p>
        </w:tc>
        <w:tc>
          <w:tcPr>
            <w:tcW w:w="4320" w:type="dxa"/>
          </w:tcPr>
          <w:p w:rsidRPr="00A46003" w:rsidR="003E67F1" w:rsidRDefault="00331E46" w14:paraId="07EAD1BB" w14:textId="77777777">
            <w:pPr>
              <w:rPr>
                <w:lang w:val="nl-NL"/>
              </w:rPr>
            </w:pPr>
            <w:r w:rsidRPr="00A46003">
              <w:rPr>
                <w:lang w:val="nl-NL"/>
              </w:rPr>
              <w:t>Je laat zien dat je steeds beter snapt wat je later gaat doen, en dat je dit koppelt aan wat je goed en leuk vindt.</w:t>
            </w:r>
          </w:p>
        </w:tc>
      </w:tr>
      <w:tr w:rsidRPr="00A46003" w:rsidR="003E67F1" w14:paraId="7E3EBACD" w14:textId="77777777">
        <w:tc>
          <w:tcPr>
            <w:tcW w:w="4320" w:type="dxa"/>
          </w:tcPr>
          <w:p w:rsidRPr="00A46003" w:rsidR="003E67F1" w:rsidRDefault="00331E46" w14:paraId="0A16B8A5" w14:textId="77777777">
            <w:pPr>
              <w:rPr>
                <w:lang w:val="nl-NL"/>
              </w:rPr>
            </w:pPr>
            <w:r w:rsidRPr="00A46003">
              <w:rPr>
                <w:lang w:val="nl-NL"/>
              </w:rPr>
              <w:t>Je laat zien dat je ontwikkelingen in je toekomstige werkveld volgt en dat je jezelf hierop blijft voorbereiden.</w:t>
            </w:r>
          </w:p>
        </w:tc>
        <w:tc>
          <w:tcPr>
            <w:tcW w:w="4320" w:type="dxa"/>
          </w:tcPr>
          <w:p w:rsidRPr="00A46003" w:rsidR="003E67F1" w:rsidRDefault="00331E46" w14:paraId="24B63C94" w14:textId="77777777">
            <w:pPr>
              <w:rPr>
                <w:lang w:val="nl-NL"/>
              </w:rPr>
            </w:pPr>
            <w:r w:rsidRPr="00A46003">
              <w:rPr>
                <w:lang w:val="nl-NL"/>
              </w:rPr>
              <w:t>Je laat zien dat je veranderingen in je toekomstige werk kent en weet wat je moet leren om mee te doen.</w:t>
            </w:r>
          </w:p>
        </w:tc>
      </w:tr>
      <w:tr w:rsidRPr="00A46003" w:rsidR="003E67F1" w14:paraId="4BD0A262" w14:textId="77777777">
        <w:tc>
          <w:tcPr>
            <w:tcW w:w="4320" w:type="dxa"/>
          </w:tcPr>
          <w:p w:rsidRPr="00A46003" w:rsidR="003E67F1" w:rsidRDefault="00331E46" w14:paraId="47913DCA" w14:textId="77777777">
            <w:pPr>
              <w:rPr>
                <w:lang w:val="nl-NL"/>
              </w:rPr>
            </w:pPr>
            <w:r w:rsidRPr="00A46003">
              <w:rPr>
                <w:lang w:val="nl-NL"/>
              </w:rPr>
              <w:t>Je maakt duidelijk welke competenties je nu en in de toekomst nodig hebt en hoe je deze blijft ontwikkelen.</w:t>
            </w:r>
          </w:p>
        </w:tc>
        <w:tc>
          <w:tcPr>
            <w:tcW w:w="4320" w:type="dxa"/>
          </w:tcPr>
          <w:p w:rsidRPr="00A46003" w:rsidR="003E67F1" w:rsidRDefault="00331E46" w14:paraId="29FC36D7" w14:textId="77777777">
            <w:pPr>
              <w:rPr>
                <w:lang w:val="nl-NL"/>
              </w:rPr>
            </w:pPr>
            <w:r w:rsidRPr="00A46003">
              <w:rPr>
                <w:lang w:val="nl-NL"/>
              </w:rPr>
              <w:t>Je maakt duidelijk welke dingen je nu en later moet kunnen en hoe je deze blijft oefenen.</w:t>
            </w:r>
          </w:p>
        </w:tc>
      </w:tr>
    </w:tbl>
    <w:p w:rsidRPr="00A46003" w:rsidR="003E67F1" w:rsidRDefault="003E67F1" w14:paraId="1DF25FFF" w14:textId="77777777">
      <w:pPr>
        <w:rPr>
          <w:lang w:val="nl-NL"/>
        </w:rPr>
      </w:pPr>
    </w:p>
    <w:p w:rsidR="003E67F1" w:rsidRDefault="00331E46" w14:paraId="76597DAB" w14:textId="77777777">
      <w:pPr>
        <w:pStyle w:val="Kop2"/>
      </w:pPr>
      <w:proofErr w:type="spellStart"/>
      <w:r>
        <w:t>Loopbaansturing</w:t>
      </w:r>
      <w:proofErr w:type="spellEnd"/>
    </w:p>
    <w:tbl>
      <w:tblPr>
        <w:tblW w:w="0" w:type="auto"/>
        <w:tblLook w:val="04A0" w:firstRow="1" w:lastRow="0" w:firstColumn="1" w:lastColumn="0" w:noHBand="0" w:noVBand="1"/>
      </w:tblPr>
      <w:tblGrid>
        <w:gridCol w:w="4320"/>
        <w:gridCol w:w="4320"/>
      </w:tblGrid>
      <w:tr w:rsidRPr="00A46003" w:rsidR="003E67F1" w14:paraId="26F621DA" w14:textId="77777777">
        <w:tc>
          <w:tcPr>
            <w:tcW w:w="4320" w:type="dxa"/>
          </w:tcPr>
          <w:p w:rsidRPr="00A46003" w:rsidR="003E67F1" w:rsidRDefault="00331E46" w14:paraId="623706A0" w14:textId="77777777">
            <w:pPr>
              <w:rPr>
                <w:b/>
                <w:bCs/>
              </w:rPr>
            </w:pPr>
            <w:r w:rsidRPr="00A46003">
              <w:rPr>
                <w:b/>
                <w:bCs/>
              </w:rPr>
              <w:t>Voor docenten</w:t>
            </w:r>
          </w:p>
        </w:tc>
        <w:tc>
          <w:tcPr>
            <w:tcW w:w="4320" w:type="dxa"/>
          </w:tcPr>
          <w:p w:rsidRPr="00A46003" w:rsidR="003E67F1" w:rsidRDefault="00331E46" w14:paraId="74060B8D" w14:textId="28F026F6">
            <w:pPr>
              <w:rPr>
                <w:b/>
                <w:bCs/>
              </w:rPr>
            </w:pPr>
            <w:r w:rsidRPr="00A46003">
              <w:rPr>
                <w:b/>
                <w:bCs/>
              </w:rPr>
              <w:t xml:space="preserve">Voor studenten </w:t>
            </w:r>
          </w:p>
        </w:tc>
      </w:tr>
      <w:tr w:rsidRPr="00A46003" w:rsidR="003E67F1" w14:paraId="535ECD5D" w14:textId="77777777">
        <w:tc>
          <w:tcPr>
            <w:tcW w:w="4320" w:type="dxa"/>
          </w:tcPr>
          <w:p w:rsidRPr="00A46003" w:rsidR="003E67F1" w:rsidRDefault="00331E46" w14:paraId="4B7D64F6" w14:textId="77777777">
            <w:pPr>
              <w:rPr>
                <w:lang w:val="nl-NL"/>
              </w:rPr>
            </w:pPr>
            <w:r w:rsidRPr="00A46003">
              <w:rPr>
                <w:lang w:val="nl-NL"/>
              </w:rPr>
              <w:t>Je laat zien dat je persoonlijke doelen hebt opgesteld voor je leer- en loopbaan en dat je deze blijft bijstellen op basis van je ontwikkeling.</w:t>
            </w:r>
          </w:p>
        </w:tc>
        <w:tc>
          <w:tcPr>
            <w:tcW w:w="4320" w:type="dxa"/>
          </w:tcPr>
          <w:p w:rsidRPr="00A46003" w:rsidR="003E67F1" w:rsidRDefault="00331E46" w14:paraId="2497171F" w14:textId="77777777">
            <w:pPr>
              <w:rPr>
                <w:lang w:val="nl-NL"/>
              </w:rPr>
            </w:pPr>
            <w:r w:rsidRPr="00A46003">
              <w:rPr>
                <w:lang w:val="nl-NL"/>
              </w:rPr>
              <w:t>Je laat zien dat je doelen hebt gemaakt voor school en werk, en dat je deze blijft aanpassen als dat nodig is.</w:t>
            </w:r>
          </w:p>
        </w:tc>
      </w:tr>
      <w:tr w:rsidR="003E67F1" w14:paraId="5C2C8BB6" w14:textId="77777777">
        <w:tc>
          <w:tcPr>
            <w:tcW w:w="4320" w:type="dxa"/>
          </w:tcPr>
          <w:p w:rsidRPr="00A46003" w:rsidR="003E67F1" w:rsidRDefault="00331E46" w14:paraId="76F93F19" w14:textId="77777777">
            <w:pPr>
              <w:rPr>
                <w:lang w:val="nl-NL"/>
              </w:rPr>
            </w:pPr>
            <w:r w:rsidRPr="00A46003">
              <w:rPr>
                <w:lang w:val="nl-NL"/>
              </w:rPr>
              <w:t>Je toont aan dat je keuzes hebt gemaakt die passen bij je doelen, en dat je deze keuzes blijft evalueren en aanpassen als dat nodig is.</w:t>
            </w:r>
          </w:p>
        </w:tc>
        <w:tc>
          <w:tcPr>
            <w:tcW w:w="4320" w:type="dxa"/>
          </w:tcPr>
          <w:p w:rsidR="003E67F1" w:rsidRDefault="00331E46" w14:paraId="52F6ABE0" w14:textId="77777777">
            <w:r w:rsidRPr="00A46003">
              <w:rPr>
                <w:lang w:val="nl-NL"/>
              </w:rPr>
              <w:t xml:space="preserve">Je laat zien dat je keuzes hebt gemaakt die passen bij je doelen. </w:t>
            </w:r>
            <w:r>
              <w:t xml:space="preserve">Je </w:t>
            </w:r>
            <w:proofErr w:type="spellStart"/>
            <w:r>
              <w:t>blijft</w:t>
            </w:r>
            <w:proofErr w:type="spellEnd"/>
            <w:r>
              <w:t xml:space="preserve"> </w:t>
            </w:r>
            <w:proofErr w:type="spellStart"/>
            <w:r>
              <w:t>kijken</w:t>
            </w:r>
            <w:proofErr w:type="spellEnd"/>
            <w:r>
              <w:t xml:space="preserve"> of je keuzes nog goed zijn.</w:t>
            </w:r>
          </w:p>
        </w:tc>
      </w:tr>
      <w:tr w:rsidRPr="00A46003" w:rsidR="003E67F1" w14:paraId="30522ABB" w14:textId="77777777">
        <w:tc>
          <w:tcPr>
            <w:tcW w:w="4320" w:type="dxa"/>
          </w:tcPr>
          <w:p w:rsidRPr="00A46003" w:rsidR="003E67F1" w:rsidRDefault="00331E46" w14:paraId="33F8AF11" w14:textId="77777777">
            <w:pPr>
              <w:rPr>
                <w:lang w:val="nl-NL"/>
              </w:rPr>
            </w:pPr>
            <w:r w:rsidRPr="00A46003">
              <w:rPr>
                <w:lang w:val="nl-NL"/>
              </w:rPr>
              <w:t>Je laat zien dat je de begeleiding en ondersteuning hebt georganiseerd die je nodig hebt, en dat je deze actief blijft benutten.</w:t>
            </w:r>
          </w:p>
        </w:tc>
        <w:tc>
          <w:tcPr>
            <w:tcW w:w="4320" w:type="dxa"/>
          </w:tcPr>
          <w:p w:rsidRPr="00A46003" w:rsidR="003E67F1" w:rsidRDefault="00331E46" w14:paraId="6660F2DE" w14:textId="77777777">
            <w:pPr>
              <w:rPr>
                <w:lang w:val="nl-NL"/>
              </w:rPr>
            </w:pPr>
            <w:r w:rsidRPr="00A46003">
              <w:rPr>
                <w:lang w:val="nl-NL"/>
              </w:rPr>
              <w:t>Je laat zien dat je hulp hebt geregeld die je nodig hebt en dat je deze blijft gebruiken.</w:t>
            </w:r>
          </w:p>
        </w:tc>
      </w:tr>
    </w:tbl>
    <w:p w:rsidRPr="00A46003" w:rsidR="003E67F1" w:rsidRDefault="003E67F1" w14:paraId="5B3E19FB" w14:textId="77777777">
      <w:pPr>
        <w:rPr>
          <w:lang w:val="nl-NL"/>
        </w:rPr>
      </w:pPr>
    </w:p>
    <w:p w:rsidR="003E67F1" w:rsidRDefault="00331E46" w14:paraId="7877880C" w14:textId="77777777">
      <w:pPr>
        <w:pStyle w:val="Kop2"/>
      </w:pPr>
      <w:proofErr w:type="spellStart"/>
      <w:r>
        <w:t>Netwerken</w:t>
      </w:r>
      <w:proofErr w:type="spellEnd"/>
    </w:p>
    <w:tbl>
      <w:tblPr>
        <w:tblW w:w="0" w:type="auto"/>
        <w:tblLook w:val="04A0" w:firstRow="1" w:lastRow="0" w:firstColumn="1" w:lastColumn="0" w:noHBand="0" w:noVBand="1"/>
      </w:tblPr>
      <w:tblGrid>
        <w:gridCol w:w="4320"/>
        <w:gridCol w:w="4320"/>
      </w:tblGrid>
      <w:tr w:rsidRPr="00A46003" w:rsidR="003E67F1" w14:paraId="180FECD8" w14:textId="77777777">
        <w:tc>
          <w:tcPr>
            <w:tcW w:w="4320" w:type="dxa"/>
          </w:tcPr>
          <w:p w:rsidRPr="00A46003" w:rsidR="003E67F1" w:rsidRDefault="00331E46" w14:paraId="1CAB3AB5" w14:textId="77777777">
            <w:pPr>
              <w:rPr>
                <w:b/>
                <w:bCs/>
              </w:rPr>
            </w:pPr>
            <w:r w:rsidRPr="00A46003">
              <w:rPr>
                <w:b/>
                <w:bCs/>
              </w:rPr>
              <w:t>Voor docenten</w:t>
            </w:r>
          </w:p>
        </w:tc>
        <w:tc>
          <w:tcPr>
            <w:tcW w:w="4320" w:type="dxa"/>
          </w:tcPr>
          <w:p w:rsidRPr="00A46003" w:rsidR="003E67F1" w:rsidRDefault="00331E46" w14:paraId="6FF7FF74" w14:textId="2C7249B6">
            <w:pPr>
              <w:rPr>
                <w:b/>
                <w:bCs/>
              </w:rPr>
            </w:pPr>
            <w:r w:rsidRPr="00A46003">
              <w:rPr>
                <w:b/>
                <w:bCs/>
              </w:rPr>
              <w:t xml:space="preserve">Voor studenten </w:t>
            </w:r>
          </w:p>
        </w:tc>
      </w:tr>
      <w:tr w:rsidRPr="00A46003" w:rsidR="003E67F1" w14:paraId="23B7A404" w14:textId="77777777">
        <w:tc>
          <w:tcPr>
            <w:tcW w:w="4320" w:type="dxa"/>
          </w:tcPr>
          <w:p w:rsidRPr="00A46003" w:rsidR="003E67F1" w:rsidRDefault="00331E46" w14:paraId="35FDDCEE" w14:textId="77777777">
            <w:pPr>
              <w:rPr>
                <w:lang w:val="nl-NL"/>
              </w:rPr>
            </w:pPr>
            <w:r w:rsidRPr="00A46003">
              <w:rPr>
                <w:lang w:val="nl-NL"/>
              </w:rPr>
              <w:t>Je laat zien dat je een netwerk hebt opgebouwd en onderhouden dat je helpt in je studie of werk, en dat je dit netwerk blijft uitbreiden.</w:t>
            </w:r>
          </w:p>
        </w:tc>
        <w:tc>
          <w:tcPr>
            <w:tcW w:w="4320" w:type="dxa"/>
          </w:tcPr>
          <w:p w:rsidRPr="00A46003" w:rsidR="003E67F1" w:rsidRDefault="00331E46" w14:paraId="671174B8" w14:textId="77777777">
            <w:pPr>
              <w:rPr>
                <w:lang w:val="nl-NL"/>
              </w:rPr>
            </w:pPr>
            <w:r w:rsidRPr="00A46003">
              <w:rPr>
                <w:lang w:val="nl-NL"/>
              </w:rPr>
              <w:t>Je laat zien dat je mensen om je heen hebt die je helpen. Je blijft contact houden en je netwerk groter maken.</w:t>
            </w:r>
          </w:p>
        </w:tc>
      </w:tr>
      <w:tr w:rsidRPr="00A46003" w:rsidR="003E67F1" w14:paraId="38F19B55" w14:textId="77777777">
        <w:tc>
          <w:tcPr>
            <w:tcW w:w="4320" w:type="dxa"/>
          </w:tcPr>
          <w:p w:rsidRPr="00A46003" w:rsidR="003E67F1" w:rsidRDefault="00331E46" w14:paraId="571BF9E1" w14:textId="77777777">
            <w:pPr>
              <w:rPr>
                <w:lang w:val="nl-NL"/>
              </w:rPr>
            </w:pPr>
            <w:r w:rsidRPr="00A46003">
              <w:rPr>
                <w:lang w:val="nl-NL"/>
              </w:rPr>
              <w:t>Je toont aan dat je jouw netwerk gebruikt om informatie, kansen of hulp te krijgen, en dat je dit blijft doen om je loopbaan te versterken.</w:t>
            </w:r>
          </w:p>
        </w:tc>
        <w:tc>
          <w:tcPr>
            <w:tcW w:w="4320" w:type="dxa"/>
          </w:tcPr>
          <w:p w:rsidRPr="00A46003" w:rsidR="003E67F1" w:rsidRDefault="00331E46" w14:paraId="674E1111" w14:textId="77777777">
            <w:pPr>
              <w:rPr>
                <w:lang w:val="nl-NL"/>
              </w:rPr>
            </w:pPr>
            <w:r w:rsidRPr="00A46003">
              <w:rPr>
                <w:lang w:val="nl-NL"/>
              </w:rPr>
              <w:t>Je laat zien dat je je netwerk gebruikt voor informatie of hulp, en dat je dit blijft doen om vooruit te komen.</w:t>
            </w:r>
          </w:p>
        </w:tc>
      </w:tr>
      <w:tr w:rsidRPr="00A46003" w:rsidR="003E67F1" w14:paraId="7823012F" w14:textId="77777777">
        <w:tc>
          <w:tcPr>
            <w:tcW w:w="4320" w:type="dxa"/>
          </w:tcPr>
          <w:p w:rsidRPr="00A46003" w:rsidR="003E67F1" w:rsidRDefault="00331E46" w14:paraId="27E0E3C6" w14:textId="77777777">
            <w:pPr>
              <w:rPr>
                <w:lang w:val="nl-NL"/>
              </w:rPr>
            </w:pPr>
            <w:r w:rsidRPr="00A46003">
              <w:rPr>
                <w:lang w:val="nl-NL"/>
              </w:rPr>
              <w:t>Je laat zien dat je ook iets hebt teruggegeven aan je netwerk, bijvoorbeeld door anderen te helpen, en dat je hierin actief blijft.</w:t>
            </w:r>
          </w:p>
        </w:tc>
        <w:tc>
          <w:tcPr>
            <w:tcW w:w="4320" w:type="dxa"/>
          </w:tcPr>
          <w:p w:rsidRPr="00A46003" w:rsidR="003E67F1" w:rsidRDefault="00331E46" w14:paraId="798ED8E0" w14:textId="77777777">
            <w:pPr>
              <w:rPr>
                <w:lang w:val="nl-NL"/>
              </w:rPr>
            </w:pPr>
            <w:r w:rsidRPr="00A46003">
              <w:rPr>
                <w:lang w:val="nl-NL"/>
              </w:rPr>
              <w:t>Je laat zien dat je ook anderen hebt geholpen in je netwerk, en dat je dit blijft doen.</w:t>
            </w:r>
          </w:p>
        </w:tc>
      </w:tr>
    </w:tbl>
    <w:p w:rsidRPr="00A46003" w:rsidR="003E67F1" w:rsidRDefault="003E67F1" w14:paraId="71F152FF" w14:textId="77777777">
      <w:pPr>
        <w:rPr>
          <w:lang w:val="nl-NL"/>
        </w:rPr>
      </w:pPr>
    </w:p>
    <w:sectPr w:rsidRPr="00A46003" w:rsidR="003E67F1"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hint="default" w:ascii="Symbol" w:hAnsi="Symbol"/>
      </w:rPr>
    </w:lvl>
  </w:abstractNum>
  <w:num w:numId="1" w16cid:durableId="536085263">
    <w:abstractNumId w:val="8"/>
  </w:num>
  <w:num w:numId="2" w16cid:durableId="1049496149">
    <w:abstractNumId w:val="6"/>
  </w:num>
  <w:num w:numId="3" w16cid:durableId="1049917833">
    <w:abstractNumId w:val="5"/>
  </w:num>
  <w:num w:numId="4" w16cid:durableId="1316179913">
    <w:abstractNumId w:val="4"/>
  </w:num>
  <w:num w:numId="5" w16cid:durableId="1743679522">
    <w:abstractNumId w:val="7"/>
  </w:num>
  <w:num w:numId="6" w16cid:durableId="494883150">
    <w:abstractNumId w:val="3"/>
  </w:num>
  <w:num w:numId="7" w16cid:durableId="1276981507">
    <w:abstractNumId w:val="2"/>
  </w:num>
  <w:num w:numId="8" w16cid:durableId="22095318">
    <w:abstractNumId w:val="1"/>
  </w:num>
  <w:num w:numId="9" w16cid:durableId="663509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31E46"/>
    <w:rsid w:val="003E67F1"/>
    <w:rsid w:val="008B3B3D"/>
    <w:rsid w:val="00A46003"/>
    <w:rsid w:val="00AA1D8D"/>
    <w:rsid w:val="00B47730"/>
    <w:rsid w:val="00CB0664"/>
    <w:rsid w:val="00F85A55"/>
    <w:rsid w:val="00FC693F"/>
    <w:rsid w:val="103ADB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E2CEF6"/>
  <w14:defaultImageDpi w14:val="300"/>
  <w15:docId w15:val="{2350FDB0-6142-4A8D-9211-B7E63403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693F"/>
    <w:rPr>
      <w:rFonts w:ascii="Arial" w:hAnsi="Arial"/>
      <w:sz w:val="20"/>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styleId="Kop1Char" w:customStyle="1">
    <w:name w:val="Kop 1 Char"/>
    <w:basedOn w:val="Standaardalinea-lettertype"/>
    <w:link w:val="Kop1"/>
    <w:uiPriority w:val="9"/>
    <w:rsid w:val="00FC693F"/>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FC693F"/>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FC693F"/>
    <w:rPr>
      <w:rFonts w:asciiTheme="majorHAnsi" w:hAnsiTheme="majorHAnsi" w:eastAsiaTheme="majorEastAsia" w:cstheme="majorBidi"/>
      <w:b/>
      <w:bCs/>
      <w:color w:val="4F81BD" w:themeColor="accent1"/>
    </w:rPr>
  </w:style>
  <w:style w:type="paragraph" w:styleId="Titel">
    <w:name w:val="Title"/>
    <w:basedOn w:val="Standaard"/>
    <w:next w:val="Standaard"/>
    <w:link w:val="Titel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C693F"/>
    <w:rPr>
      <w:rFonts w:asciiTheme="majorHAnsi" w:hAnsiTheme="majorHAnsi" w:eastAsiaTheme="majorEastAsia"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styleId="PlattetekstChar" w:customStyle="1">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styleId="Plattetekst2Char" w:customStyle="1">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styleId="Plattetekst3Char" w:customStyle="1">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kstChar" w:customStyle="1">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styleId="CitaatChar" w:customStyle="1">
    <w:name w:val="Citaat Char"/>
    <w:basedOn w:val="Standaardalinea-lettertype"/>
    <w:link w:val="Citaat"/>
    <w:uiPriority w:val="29"/>
    <w:rsid w:val="00FC693F"/>
    <w:rPr>
      <w:i/>
      <w:iCs/>
      <w:color w:val="000000" w:themeColor="text1"/>
    </w:rPr>
  </w:style>
  <w:style w:type="character" w:styleId="Kop4Char" w:customStyle="1">
    <w:name w:val="Kop 4 Char"/>
    <w:basedOn w:val="Standaardalinea-lettertype"/>
    <w:link w:val="Kop4"/>
    <w:uiPriority w:val="9"/>
    <w:semiHidden/>
    <w:rsid w:val="00FC693F"/>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FC693F"/>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FC693F"/>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FC693F"/>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FC693F"/>
    <w:rPr>
      <w:rFonts w:asciiTheme="majorHAnsi" w:hAnsiTheme="majorHAnsi" w:eastAsiaTheme="majorEastAsia" w:cstheme="majorBidi"/>
      <w:color w:val="4F81BD" w:themeColor="accent1"/>
      <w:sz w:val="20"/>
      <w:szCs w:val="20"/>
    </w:rPr>
  </w:style>
  <w:style w:type="character" w:styleId="Kop9Char" w:customStyle="1">
    <w:name w:val="Kop 9 Char"/>
    <w:basedOn w:val="Standaardalinea-lettertype"/>
    <w:link w:val="Kop9"/>
    <w:uiPriority w:val="9"/>
    <w:semiHidden/>
    <w:rsid w:val="00FC693F"/>
    <w:rPr>
      <w:rFonts w:asciiTheme="majorHAnsi" w:hAnsiTheme="majorHAnsi" w:eastAsiaTheme="majorEastAsia"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B95161A233B0D4183787945B2B823ED" ma:contentTypeVersion="0" ma:contentTypeDescription="Een nieuw document maken." ma:contentTypeScope="" ma:versionID="c291a0d8ff3e608d883ea327425d35b7">
  <xsd:schema xmlns:xsd="http://www.w3.org/2001/XMLSchema" xmlns:xs="http://www.w3.org/2001/XMLSchema" xmlns:p="http://schemas.microsoft.com/office/2006/metadata/properties" targetNamespace="http://schemas.microsoft.com/office/2006/metadata/properties" ma:root="true" ma:fieldsID="3533aee6881922e7a192f25973b68b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0986D7D7-08E5-4CF4-9F35-C05872D03CA4}"/>
</file>

<file path=customXml/itemProps3.xml><?xml version="1.0" encoding="utf-8"?>
<ds:datastoreItem xmlns:ds="http://schemas.openxmlformats.org/officeDocument/2006/customXml" ds:itemID="{D0E94636-B70D-4614-8DAE-58ACCF595458}"/>
</file>

<file path=customXml/itemProps4.xml><?xml version="1.0" encoding="utf-8"?>
<ds:datastoreItem xmlns:ds="http://schemas.openxmlformats.org/officeDocument/2006/customXml" ds:itemID="{0DE06FA8-01D9-44BF-B069-3ADB893ECA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Jeroen Broers</cp:lastModifiedBy>
  <cp:revision>4</cp:revision>
  <dcterms:created xsi:type="dcterms:W3CDTF">2025-07-07T13:37:00Z</dcterms:created>
  <dcterms:modified xsi:type="dcterms:W3CDTF">2025-11-25T14:59:59Z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0x0101004B95161A233B0D4183787945B2B823ED</vt:lpwstr>
  </property>
  <property fmtid="{D5CDD505-2E9C-101B-9397-08002B2CF9AE}" pid="3" name="MediaServiceImageTags">
    <vt:lpwstr/>
  </property>
</Properties>
</file>